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 w:val="0"/>
        </w:rPr>
        <w:t>Медицинская организация: ______________________________</w:t>
      </w:r>
    </w:p>
    <w:p>
      <w:pPr>
        <w:spacing w:after="40"/>
      </w:pPr>
      <w:r>
        <w:rPr>
          <w:b w:val="0"/>
        </w:rPr>
        <w:t>Дата исследования: __________        Аппарат, датчик: ____________________</w:t>
      </w:r>
    </w:p>
    <w:p>
      <w:pPr>
        <w:spacing w:after="40"/>
      </w:pPr>
      <w:r>
        <w:rPr>
          <w:b w:val="0"/>
        </w:rPr>
        <w:t>Пациент: ______________________________    Возраст: __________</w:t>
      </w:r>
    </w:p>
    <w:p/>
    <w:p>
      <w:pPr>
        <w:spacing w:after="40"/>
      </w:pPr>
      <w:r>
        <w:rPr>
          <w:b/>
        </w:rPr>
        <w:t>УЗИ ПОЧЕК И МОЧЕВОГО ПУЗЫРЯ</w:t>
      </w:r>
    </w:p>
    <w:p>
      <w:pPr>
        <w:spacing w:after="40"/>
      </w:pPr>
      <w:r>
        <w:rPr>
          <w:b w:val="0"/>
        </w:rPr>
      </w:r>
    </w:p>
    <w:p>
      <w:pPr>
        <w:spacing w:after="40"/>
      </w:pPr>
      <w:r>
        <w:rPr>
          <w:b/>
        </w:rPr>
        <w:t>ПРАВАЯ ПОЧКА</w:t>
      </w:r>
    </w:p>
    <w:p>
      <w:pPr>
        <w:spacing w:after="40"/>
      </w:pPr>
      <w:r>
        <w:rPr>
          <w:b w:val="0"/>
        </w:rPr>
        <w:t>Положение: __________. Контуры: __________.</w:t>
      </w:r>
    </w:p>
    <w:p>
      <w:pPr>
        <w:spacing w:after="40"/>
      </w:pPr>
      <w:r>
        <w:rPr>
          <w:b w:val="0"/>
        </w:rPr>
        <w:t>Размеры: __________ × __________ × __________ см. Паренхима: __________ мм.</w:t>
      </w:r>
    </w:p>
    <w:p>
      <w:pPr>
        <w:spacing w:after="40"/>
      </w:pPr>
      <w:r>
        <w:rPr>
          <w:b w:val="0"/>
        </w:rPr>
        <w:t>Оценка размеров: __________.</w:t>
      </w:r>
    </w:p>
    <w:p>
      <w:pPr>
        <w:spacing w:after="40"/>
      </w:pPr>
      <w:r>
        <w:rPr>
          <w:b w:val="0"/>
        </w:rPr>
        <w:t>Эхогенность паренхимы: __________. Кортико-медуллярная дифференциация: __________.</w:t>
      </w:r>
    </w:p>
    <w:p>
      <w:pPr>
        <w:spacing w:after="40"/>
      </w:pPr>
      <w:r>
        <w:rPr>
          <w:b w:val="0"/>
        </w:rPr>
        <w:t>Чашечно-лоханочная система: __________.</w:t>
      </w:r>
    </w:p>
    <w:p>
      <w:pPr>
        <w:spacing w:after="40"/>
      </w:pPr>
      <w:r>
        <w:rPr>
          <w:b w:val="0"/>
        </w:rPr>
        <w:t>Лоханка (переднезадний размер): __________ мм.</w:t>
      </w:r>
    </w:p>
    <w:p>
      <w:pPr>
        <w:spacing w:after="40"/>
      </w:pPr>
      <w:r>
        <w:rPr>
          <w:b w:val="0"/>
        </w:rPr>
        <w:t>Конкременты: __________.</w:t>
      </w:r>
    </w:p>
    <w:p>
      <w:pPr>
        <w:spacing w:after="40"/>
      </w:pPr>
      <w:r>
        <w:rPr>
          <w:b w:val="0"/>
        </w:rPr>
        <w:t>Наибольший конкремент: __________ мм.</w:t>
      </w:r>
    </w:p>
    <w:p>
      <w:pPr>
        <w:spacing w:after="40"/>
      </w:pPr>
      <w:r>
        <w:rPr>
          <w:b w:val="0"/>
        </w:rPr>
        <w:t>Кисты: __________.</w:t>
      </w:r>
    </w:p>
    <w:p>
      <w:pPr>
        <w:spacing w:after="40"/>
      </w:pPr>
      <w:r>
        <w:rPr>
          <w:b w:val="0"/>
        </w:rPr>
      </w:r>
    </w:p>
    <w:p>
      <w:pPr>
        <w:spacing w:after="40"/>
      </w:pPr>
      <w:r>
        <w:rPr>
          <w:b/>
        </w:rPr>
        <w:t>ЛЕВАЯ ПОЧКА</w:t>
      </w:r>
    </w:p>
    <w:p>
      <w:pPr>
        <w:spacing w:after="40"/>
      </w:pPr>
      <w:r>
        <w:rPr>
          <w:b w:val="0"/>
        </w:rPr>
        <w:t>Положение: __________. Контуры: __________.</w:t>
      </w:r>
    </w:p>
    <w:p>
      <w:pPr>
        <w:spacing w:after="40"/>
      </w:pPr>
      <w:r>
        <w:rPr>
          <w:b w:val="0"/>
        </w:rPr>
        <w:t>Размеры: __________ × __________ × __________ см. Паренхима: __________ мм.</w:t>
      </w:r>
    </w:p>
    <w:p>
      <w:pPr>
        <w:spacing w:after="40"/>
      </w:pPr>
      <w:r>
        <w:rPr>
          <w:b w:val="0"/>
        </w:rPr>
        <w:t>Оценка размеров: __________.</w:t>
      </w:r>
    </w:p>
    <w:p>
      <w:pPr>
        <w:spacing w:after="40"/>
      </w:pPr>
      <w:r>
        <w:rPr>
          <w:b w:val="0"/>
        </w:rPr>
        <w:t>Эхогенность паренхимы: __________. Кортико-медуллярная дифференциация: __________.</w:t>
      </w:r>
    </w:p>
    <w:p>
      <w:pPr>
        <w:spacing w:after="40"/>
      </w:pPr>
      <w:r>
        <w:rPr>
          <w:b w:val="0"/>
        </w:rPr>
        <w:t>Чашечно-лоханочная система: __________.</w:t>
      </w:r>
    </w:p>
    <w:p>
      <w:pPr>
        <w:spacing w:after="40"/>
      </w:pPr>
      <w:r>
        <w:rPr>
          <w:b w:val="0"/>
        </w:rPr>
        <w:t>Лоханка (переднезадний размер): __________ мм.</w:t>
      </w:r>
    </w:p>
    <w:p>
      <w:pPr>
        <w:spacing w:after="40"/>
      </w:pPr>
      <w:r>
        <w:rPr>
          <w:b w:val="0"/>
        </w:rPr>
        <w:t>Конкременты: __________.</w:t>
      </w:r>
    </w:p>
    <w:p>
      <w:pPr>
        <w:spacing w:after="40"/>
      </w:pPr>
      <w:r>
        <w:rPr>
          <w:b w:val="0"/>
        </w:rPr>
        <w:t>Наибольший конкремент: __________ мм.</w:t>
      </w:r>
    </w:p>
    <w:p>
      <w:pPr>
        <w:spacing w:after="40"/>
      </w:pPr>
      <w:r>
        <w:rPr>
          <w:b w:val="0"/>
        </w:rPr>
        <w:t>Кисты: __________.</w:t>
      </w:r>
    </w:p>
    <w:p>
      <w:pPr>
        <w:spacing w:after="40"/>
      </w:pPr>
      <w:r>
        <w:rPr>
          <w:b w:val="0"/>
        </w:rPr>
      </w:r>
    </w:p>
    <w:p>
      <w:pPr>
        <w:spacing w:after="40"/>
      </w:pPr>
      <w:r>
        <w:rPr>
          <w:b w:val="0"/>
        </w:rPr>
        <w:t>Разница длин почек: __________ см — __________.</w:t>
      </w:r>
    </w:p>
    <w:p>
      <w:pPr>
        <w:spacing w:after="40"/>
      </w:pPr>
      <w:r>
        <w:rPr>
          <w:b w:val="0"/>
        </w:rPr>
      </w:r>
    </w:p>
    <w:p>
      <w:pPr>
        <w:spacing w:after="40"/>
      </w:pPr>
      <w:r>
        <w:rPr>
          <w:b/>
        </w:rPr>
        <w:t>МОЧЕВОЙ ПУЗЫРЬ</w:t>
      </w:r>
    </w:p>
    <w:p>
      <w:pPr>
        <w:spacing w:after="40"/>
      </w:pPr>
      <w:r>
        <w:rPr>
          <w:b w:val="0"/>
        </w:rPr>
        <w:t>Размеры: __________ × __________ × __________ мм. Объём: __________ мл.</w:t>
      </w:r>
    </w:p>
    <w:p>
      <w:pPr>
        <w:spacing w:after="40"/>
      </w:pPr>
      <w:r>
        <w:rPr>
          <w:b w:val="0"/>
        </w:rPr>
        <w:t>Стенка: __________. Содержимое: __________.</w:t>
      </w:r>
    </w:p>
    <w:p>
      <w:pPr>
        <w:spacing w:after="40"/>
      </w:pPr>
      <w:r>
        <w:rPr>
          <w:b w:val="0"/>
        </w:rPr>
        <w:t>Остаточная моча: __________ × __________ × __________ мм, объём __________ мл.</w:t>
      </w:r>
    </w:p>
    <w:p>
      <w:pPr>
        <w:spacing w:after="40"/>
      </w:pPr>
      <w:r>
        <w:rPr>
          <w:b w:val="0"/>
        </w:rPr>
        <w:t>Оценка: __________.</w:t>
      </w:r>
    </w:p>
    <w:p>
      <w:pPr>
        <w:spacing w:after="40"/>
      </w:pPr>
      <w:r>
        <w:rPr>
          <w:b w:val="0"/>
        </w:rPr>
      </w:r>
    </w:p>
    <w:p>
      <w:pPr>
        <w:spacing w:after="40"/>
      </w:pPr>
      <w:r>
        <w:rPr>
          <w:b/>
        </w:rPr>
        <w:t>ЗАКЛЮЧЕНИЕ</w:t>
      </w:r>
    </w:p>
    <w:p>
      <w:pPr>
        <w:spacing w:after="40"/>
      </w:pPr>
      <w:r>
        <w:rPr>
          <w:b w:val="0"/>
        </w:rPr>
        <w:t>__________.</w:t>
      </w:r>
    </w:p>
    <w:p>
      <w:pPr>
        <w:spacing w:after="40"/>
      </w:pPr>
      <w:r>
        <w:rPr>
          <w:b w:val="0"/>
        </w:rPr>
      </w:r>
    </w:p>
    <w:p>
      <w:pPr>
        <w:spacing w:after="40"/>
      </w:pPr>
      <w:r>
        <w:rPr>
          <w:b w:val="0"/>
        </w:rPr>
        <w:t>Рекомендации: __________.</w:t>
      </w:r>
    </w:p>
    <w:p/>
    <w:p>
      <w:pPr>
        <w:spacing w:after="40"/>
        <w:jc w:val="right"/>
      </w:pPr>
      <w:r>
        <w:rPr>
          <w:b w:val="0"/>
        </w:rPr>
        <w:t>Врач ультразвуковой диагностики: ____________________   Подпись: __________</w:t>
      </w:r>
    </w:p>
    <w:p/>
    <w:p>
      <w:pPr>
        <w:spacing w:after="40"/>
      </w:pPr>
      <w:r>
        <w:rPr>
          <w:b w:val="0"/>
          <w:color w:val="808080"/>
          <w:sz w:val="16"/>
        </w:rPr>
        <w:t>Бланк SonoMind (sono.101med.ru). В программе протокол заполняется кликами, объёмы и нормы считаются сами, готовый текст выгружается в Word на бланке клиники.</w:t>
      </w:r>
    </w:p>
    <w:sectPr w:rsidR="00FC693F" w:rsidRPr="0006063C" w:rsidSect="00034616"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УЗИ почек и мочевого пузыря</dc:title>
  <dc:subject/>
  <dc:creator>SonoMind</dc:creator>
  <cp:keywords/>
  <dc:description/>
  <cp:lastModifiedBy>SonoMind</cp:lastModifiedBy>
  <cp:revision>1</cp:revision>
  <dcterms:created xsi:type="dcterms:W3CDTF">2026-10-11T09:00:00Z</dcterms:created>
  <dcterms:modified xsi:type="dcterms:W3CDTF">2026-10-11T09:00:00Z</dcterms:modified>
  <cp:category/>
  <cp:lastPrinted>2026-10-11T09:00:00Z</cp:lastPrinted>
</cp:coreProperties>
</file>